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2C69" w14:textId="77777777" w:rsidR="007D201F" w:rsidRPr="000C770E" w:rsidRDefault="00000000" w:rsidP="000C770E">
      <w:pPr>
        <w:pStyle w:val="Nagwek1"/>
        <w:jc w:val="center"/>
        <w:rPr>
          <w:lang w:val="pl-PL"/>
        </w:rPr>
      </w:pPr>
      <w:r w:rsidRPr="000C770E">
        <w:rPr>
          <w:lang w:val="pl-PL"/>
        </w:rPr>
        <w:t>Oświadczenie o odstąpieniu od umowy zawartej na odległość</w:t>
      </w:r>
    </w:p>
    <w:p w14:paraId="177B6B06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[Twoje imię i nazwisko]</w:t>
      </w:r>
    </w:p>
    <w:p w14:paraId="74C58578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[Adres zamieszkania]</w:t>
      </w:r>
    </w:p>
    <w:p w14:paraId="589E3797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[Adres e-mail]</w:t>
      </w:r>
    </w:p>
    <w:p w14:paraId="48C78461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[Numer telefonu]</w:t>
      </w:r>
    </w:p>
    <w:p w14:paraId="292E65FD" w14:textId="77777777" w:rsidR="007D201F" w:rsidRPr="000C770E" w:rsidRDefault="007D201F">
      <w:pPr>
        <w:rPr>
          <w:lang w:val="pl-PL"/>
        </w:rPr>
      </w:pPr>
    </w:p>
    <w:p w14:paraId="1DEAE758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Do:</w:t>
      </w:r>
    </w:p>
    <w:p w14:paraId="57B9DC88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F.H.U. Tomasz Karaś</w:t>
      </w:r>
    </w:p>
    <w:p w14:paraId="104E24C7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Podlesice 34a</w:t>
      </w:r>
    </w:p>
    <w:p w14:paraId="20E591D4" w14:textId="77777777" w:rsidR="007D201F" w:rsidRDefault="00000000">
      <w:r>
        <w:t xml:space="preserve">42-425 </w:t>
      </w:r>
      <w:proofErr w:type="spellStart"/>
      <w:r>
        <w:t>Podlesice</w:t>
      </w:r>
      <w:proofErr w:type="spellEnd"/>
    </w:p>
    <w:p w14:paraId="221839F3" w14:textId="77777777" w:rsidR="007D201F" w:rsidRDefault="00000000">
      <w:r>
        <w:t>e-mail: sklep@mycena.pl</w:t>
      </w:r>
    </w:p>
    <w:p w14:paraId="1673E124" w14:textId="77777777" w:rsidR="007D201F" w:rsidRDefault="007D201F"/>
    <w:p w14:paraId="7690EEF4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Ja, niżej podpisany/a, niniejszym informuję o moim odstąpieniu od umowy sprzedaży następującego/-</w:t>
      </w:r>
      <w:proofErr w:type="spellStart"/>
      <w:r w:rsidRPr="000C770E">
        <w:rPr>
          <w:lang w:val="pl-PL"/>
        </w:rPr>
        <w:t>ych</w:t>
      </w:r>
      <w:proofErr w:type="spellEnd"/>
      <w:r w:rsidRPr="000C770E">
        <w:rPr>
          <w:lang w:val="pl-PL"/>
        </w:rPr>
        <w:t xml:space="preserve"> produktu/-ów zawartej/-</w:t>
      </w:r>
      <w:proofErr w:type="spellStart"/>
      <w:r w:rsidRPr="000C770E">
        <w:rPr>
          <w:lang w:val="pl-PL"/>
        </w:rPr>
        <w:t>ych</w:t>
      </w:r>
      <w:proofErr w:type="spellEnd"/>
      <w:r w:rsidRPr="000C770E">
        <w:rPr>
          <w:lang w:val="pl-PL"/>
        </w:rPr>
        <w:t xml:space="preserve"> dnia [data zawarcia umowy / złożenia zamówienia]:</w:t>
      </w:r>
    </w:p>
    <w:p w14:paraId="7D66485F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Nazwa produktu: [np. Grzybnia boczniaka – porowaty blok]</w:t>
      </w:r>
    </w:p>
    <w:p w14:paraId="57F36BFB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Numer zamówienia: [np. #123456]</w:t>
      </w:r>
    </w:p>
    <w:p w14:paraId="3082659C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Data otrzymania towaru: [data dostawy]</w:t>
      </w:r>
    </w:p>
    <w:p w14:paraId="1580DAF4" w14:textId="77777777" w:rsidR="007D201F" w:rsidRPr="000C770E" w:rsidRDefault="007D201F">
      <w:pPr>
        <w:rPr>
          <w:lang w:val="pl-PL"/>
        </w:rPr>
      </w:pPr>
    </w:p>
    <w:p w14:paraId="0B5C8ED9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Zgodnie z art. 27 ustawy z dnia 30 maja 2014 r. o prawach konsumenta, korzystam z prawa do odstąpienia od umowy w terminie 14 dni od dnia otrzymania towaru.</w:t>
      </w:r>
    </w:p>
    <w:p w14:paraId="61C7F058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Proszę o zwrot należności na następujący numer konta bankowego:</w:t>
      </w:r>
    </w:p>
    <w:p w14:paraId="4E5C5D2C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[Twój numer konta bankowego]</w:t>
      </w:r>
    </w:p>
    <w:p w14:paraId="486F4ED4" w14:textId="77777777" w:rsidR="007D201F" w:rsidRPr="000C770E" w:rsidRDefault="007D201F">
      <w:pPr>
        <w:rPr>
          <w:lang w:val="pl-PL"/>
        </w:rPr>
      </w:pPr>
    </w:p>
    <w:p w14:paraId="712FFFCB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Informacje dodatkowe:</w:t>
      </w:r>
    </w:p>
    <w:p w14:paraId="5974F459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- Zwracany towar nie był używany i znajduje się w stanie niezmienionym, zgodnie z regulaminem sklepu.</w:t>
      </w:r>
    </w:p>
    <w:p w14:paraId="76CEDFDB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- Jestem świadomy/a, że ponoszę bezpośrednie koszty zwrotu towaru.</w:t>
      </w:r>
    </w:p>
    <w:p w14:paraId="796ED97A" w14:textId="77777777" w:rsidR="007D201F" w:rsidRPr="000C770E" w:rsidRDefault="007D201F">
      <w:pPr>
        <w:rPr>
          <w:lang w:val="pl-PL"/>
        </w:rPr>
      </w:pPr>
    </w:p>
    <w:p w14:paraId="2C9A2684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Z poważaniem,</w:t>
      </w:r>
    </w:p>
    <w:p w14:paraId="30C45FE9" w14:textId="77777777" w:rsidR="007D201F" w:rsidRPr="000C770E" w:rsidRDefault="00000000">
      <w:pPr>
        <w:rPr>
          <w:lang w:val="pl-PL"/>
        </w:rPr>
      </w:pPr>
      <w:r w:rsidRPr="000C770E">
        <w:rPr>
          <w:lang w:val="pl-PL"/>
        </w:rPr>
        <w:t>[Podpis (jeśli wysyłasz list tradycyjny)]</w:t>
      </w:r>
    </w:p>
    <w:sectPr w:rsidR="007D201F" w:rsidRPr="000C770E" w:rsidSect="000C77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6570218">
    <w:abstractNumId w:val="8"/>
  </w:num>
  <w:num w:numId="2" w16cid:durableId="1454131689">
    <w:abstractNumId w:val="6"/>
  </w:num>
  <w:num w:numId="3" w16cid:durableId="1620262233">
    <w:abstractNumId w:val="5"/>
  </w:num>
  <w:num w:numId="4" w16cid:durableId="892156539">
    <w:abstractNumId w:val="4"/>
  </w:num>
  <w:num w:numId="5" w16cid:durableId="553351250">
    <w:abstractNumId w:val="7"/>
  </w:num>
  <w:num w:numId="6" w16cid:durableId="1046876596">
    <w:abstractNumId w:val="3"/>
  </w:num>
  <w:num w:numId="7" w16cid:durableId="1085032591">
    <w:abstractNumId w:val="2"/>
  </w:num>
  <w:num w:numId="8" w16cid:durableId="775949771">
    <w:abstractNumId w:val="1"/>
  </w:num>
  <w:num w:numId="9" w16cid:durableId="203287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70E"/>
    <w:rsid w:val="0015074B"/>
    <w:rsid w:val="0029639D"/>
    <w:rsid w:val="002F5927"/>
    <w:rsid w:val="00326F90"/>
    <w:rsid w:val="007D201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EC612"/>
  <w14:defaultImageDpi w14:val="300"/>
  <w15:docId w15:val="{E06905C2-A1F3-4037-978A-647A1BC0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Karaś, Patrycja</cp:lastModifiedBy>
  <cp:revision>2</cp:revision>
  <dcterms:created xsi:type="dcterms:W3CDTF">2013-12-23T23:15:00Z</dcterms:created>
  <dcterms:modified xsi:type="dcterms:W3CDTF">2025-05-27T06:41:00Z</dcterms:modified>
  <cp:category/>
</cp:coreProperties>
</file>